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הבחירה ואת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מטרת טקסט, סמיכות וצירופים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דילמה, בעד ונגד ונקודת מבט על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המשבצת המרכזית (⭐)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שורה של 3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צירופי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נקודת מבט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הטקסט מסביר, משכנע, מבדר או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(כתיבת שיחה בין שתי דמויות על רגע 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(איתור צירופים כמו בית ספר ביחיד וברבים)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(תיאור החלטה קשה ושתי האפשרויות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בין משפט ראשון למשפט אחרון)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(ניסוח שאלה שנויה במחלוקת עם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(סיפור מחדש מזווית של דמות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טקסט לדוגמה ומשימות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הכלל מאפשר שורה, טור או 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חובה ומתאימה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משימת צירוף כובל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בדיוק 3 משבצות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טקסט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מחזור (יחיד), נקודות מחזור (רבים)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טקסט - חשיבה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שתי אפשרויות מנוגדות ונימוק קצר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 הגיוני בין הטקסט לבעיה סביבתית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של 3 משבצות - שורה, טור או 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מחזור /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דילמה - החלטה אישית קשה; בעד ונגד - נימוקים בשאלה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בפועל ולתת לתלמידים לבחור שורה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מתקדמים; בגרסת חנ״מ אפשר להשמיטם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9 ריבועים. בכל ריבוע משימה אחרת על טקסט. צריך לעשות 3 משימות בשורה אחת. האמצעי חובה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איקס-עיגול עם משימות על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שמתחברות למשמעות אחת, כמו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קשה בין שתי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להסביר, לשכנע, לבדר או לספר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בעד ונגד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נימוקים משני צדי שאלה שנויה במחלוקת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ומאיזה צד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כבול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עם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הטקסט בנוי - פתיחה, גוף, 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ריבועים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ריבוע חייבים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הדו-שיח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הדילמה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המשבצת המרכזית (⭐)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לעשות כדי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של 3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כל 9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משבצות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עוסקת קטגוריית 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דילמות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צירופי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 וסגירה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ריבוע הוא קשה ומחייב חשיבה?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דו-שיח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מבט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צירוף כובל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המשימה הזו בודקת?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הטקסט מסביר, משכנע, מבדר או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הטקסט ארוך או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דמויות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נכתב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דו-שיח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מחדש מזווית של דמות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סמיכות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ניסוח שאלה שנויה במחלוקת עם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דילמה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בין משפט ראשון למשפט אחרון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פתיחה וסגירה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החלטה קשה ושתי האפשרויות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בעד ונגד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כתיבת שיחה בין שתי דמויות על רגע 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נקודת מבט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איתור צירופים כמו בית ספר ביחיד וברבים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טקסט לדוגמה ומשימות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קראו: 'כל שנה זורקים בישראל מיליוני בקבוקי פלסטיק. ילד בשם עומר החליט להקים נקודת מחזור בבית הספר שלו.' הדרך לספר את הסיפור מזווית של חבריו נקראת נקודת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שתי מילים כמו 'בית ספר' או 'נקודת מחזור' נקרא צירוף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עומר מתלבט אם להמשיך במיזם למרות ההתנגדות, זו נקראת __________ של דמות.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ביטוי קבוע עם משמעות מיוחדת, כמו 'לשבור את הראש', נקרא צירוף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שכותבים חיבור כדאי לבדוק מהי __________ הטקסט: להסביר, לשכנע, לבדר או לספר.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שורה מנצחת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המרכזית מיועדת רק לתלמידים מצטיינים.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'אוצר מילים' עוסקת בזיהוי צירופים קבועים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במשחק גם אם בוחרים רק 2 משבצות.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על טקסט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על עומר צירוף סמיכות אחד (למשל 'נקודת מחזור') וכתבו אותו ביחיד וברבים.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טקסט - חשיבה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שעומר מתלבט אם להמשיך במיזם המחזור למרות שחבריו לא תומכים בהתחלה. כתבו את הדילמה שלו ואת שתי האפשרויות העומדות בפניו.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המקשרת בין נושא המחזור בטקסט לבין בעיה דומה בעולם האמיתי.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לניצחון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סמיכות מהטקסט על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דילמה לבין בעד ונגד?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 (חט״ב)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