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למשימות טקסט (חט״ב)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המשימות בלוח הבחירה ואת כללי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מטרת טקסט, סמיכות וצירופים קבועים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דילמה, בעד ונגד ונקודת מבט על טקסט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כללי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המשבצת המרכזית (⭐)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משימה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(כתיבת שיחה בין שתי דמויות על רגע מרכזי)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(איתור צירופים כמו בית ספר ביחיד וברבים)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(תיאור החלטה קשה ושתי האפשרויות 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(השוואה בין משפט ראשון למשפט אחרון)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טקסט לדוגמה ומשימות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סמיכות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 - כללי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הכלל מאפשר שורה, טור או אלכסון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חובה ומתאימה לכולם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יישום על טקסט -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נקודת מחזור (יחיד), נקודות מחזור (רבים)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יישום על טקסט - חשיבה מורחבת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שורה של 3 משבצות - שורה, טור או אלכסון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נקודת מחזור / בית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דילמה - החלטה אישית קשה; בעד ונגד - נימוקים בשאלה ציבורית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הלוח בפועל ולתת לתלמידים לבחור שורה בעצמם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מכל קטגוריה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לתלמידים מתקדמים; בגרסת חנ״מ אפשר להשמיטם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למשימות טקסט (חט״ב)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לוח הבחירה הוא משחק איקס-עיגול עם 9 משבצות, וכל משבצת היא משימה מסוג אחר על טקסט. צריך לבחור 3 משימות שיוצרות שורה - לאורך, לרוחב או באלכסון, והמשבצת האמצעית (⭐) חובה לכולם.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מבט  ·  סמיכות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כללי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משבצות יש בלוח הבחירה?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משבצת חובה לכל התלמידים?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הדו-שיח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הדילמה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המשבצת המרכזית (⭐)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משימה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דו-שיח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תיאור החלטה קשה ושתי האפשרויות 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סמיכות בטקסט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כתיבת שיחה בין שתי דמויות על רגע מרכזי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דילמה של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השוואה בין משפט ראשון למשפט אחרון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פתיחה וסגירה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איתור צירופים כמו בית ספר ביחיד וברבים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טקסט לדוגמה ומשימות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קראו: 'כל שנה זורקים בישראל מיליוני בקבוקי פלסטיק. ילד בשם עומר החליט להקים נקודת מחזור בבית הספר שלו.' הדרך לספר את הסיפור מזווית של חבריו נקראת נקודת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צירוף של שתי מילים כמו 'בית ספר' או 'נקודת מחזור' נקרא צירוף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 - כללי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ליצור שורה מנצחת גם באלכסון.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המשבצת המרכזית מיועדת רק לתלמידים מצטיינים.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יישום על טקסט -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מצאו בטקסט על עומר צירוף סמיכות אחד (למשל 'נקודת מחזור') וכתבו אותו ביחיד וברבים.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יישום על טקסט - חשיבה מורחבת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הכלל לניצחון בלוח הבחירה?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לצירוף סמיכות מהטקסט על עומר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למשימות טקסט (חט״ב)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